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טיפה יוצאת למסע - מחזור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מחזור המים דרך הדוגמה של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הפתיח: תמונה - תנועה -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תיאורית על תהליך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היא יושבת על עלה ליד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חום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לענן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לאן נעלמה הטיפה?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יורד גשם והמים זורמים לנהר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תמונה-תנועה-שאלה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בסצנה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במפורש שאין טקסט בתמונה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בסצנה השלישית הענן מתואר כלבן ותפוח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מחזור המים כולל גם עיבוי ומשקעים כמו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בכל סצנה מופיע תיאור קריינות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המטרה שמוצגת בתחילת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סצנה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(טיפה על עלה ליד אגם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(הטיפה מתאדה ועולה כאד)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(האד מצטרף לענן והשאלה מופיעה)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(יורד גשם והמים זורמים לנהר)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השמש מחממת את פני השטח ואת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והופכים לאדים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מתקררים ונוצרים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העננים גדלים ויורד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 הגשם זורמים לנהרות 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משתמש בשלבי מחזור המים בצורה הגיונית (נהר, ים, אידוי מחדש וכו')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השאלה צריכה להיות קשורה למחזור המים ולעורר 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אידוי, הצטרפות לענן, גשם וזרימה לנהר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אידוי - מים הופכים לאדים; עיבוי - אדים הופכים חזרה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מאיפה מגיעים המים?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שלוש הסצנות כתמונות נפרדות ולבקש מהתלמידים לתאר מה קורה בכל אחת לפני מתן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לדיון על גשם בחורף באזור המגורים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שאלה על הקשר בין מחזור המים לאקלים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טיפה יוצאת למסע - מחזור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הדוגמה של „טיפה יוצאת למסע“ - סיפור קצר על טיפת מים שהופכת לאד, לענן ולגשם, ונבין איך משתמשים בשלוש סצנות כדי לספר תהליך שלם.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לטיפה בסצנה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יושבת על עלה ליד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יורדת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נכנסת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לטיפה להתחיל להתאדות?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חום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מגיע האד בסצנה השנייה והשלישית?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לענן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מופיעה על המסך בסוף הסצנה השלישית?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מאיפה הטיפה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 נעלמה הטיפה?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ירד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קוראים לטיפה?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בהמשך הסיפור (הקטע השני, הלא חובה)?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הטיפה חוזרת לעלה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הענן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יורד גשם והמים זורמים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הטיפה הופכת לשלג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סדר שלושת החלקים במבנה הפתיח שנלמד?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שאלה-תנועה-תמונה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תמונה-תנועה-שאלה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תנועה-שאלה-תמונה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שאלה-תמונה-תנועה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הטיפה בתמונה הראשונה יושבת על עלה ירוק ליד אגם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בתמונה הפתוחה יש גם טקסט על המסך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האדים מצטרפים לענן אפור וכהה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מחזור המים כולל רק אידוי בלבד, בלי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יש קריינות שמסבירה מה קורה בכל סצנה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שמעוררת הפתיח היא: מאיפה מגיעים המים?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הטיפה יושבת על עלה ירוק ליד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בחום השמש הטיפה הופכת לאד שעולה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האד מצטרף לענן לבן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התהליך שבו מים הופכים לאדים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כשהענן גדל ומאפיר, 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הסיפור טיפות הגשם זורמות אל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סצנה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הטיפה מתאדה ועולה כאד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טיפה על עלה ליד אגם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יורד גשם והמים זורמים לנהר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המשך לא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האד מצטרף לענן והשאלה מופיעה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הגשם זורמים לנהרות 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האדים מתקררים ונוצרים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העננים גדלים ויורד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השמש מחממת את פני השטח ואת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מתאדים והופכים לאדים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הטיפה אחרי שהיא נכנסת לנהר. כתבו בשלושה עד ארבעה משפטים מה קורה לה הלאה, ולאן היא עשויה להגיע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נוספת שיכולה להופיע על המסך בסוף סצנה, כדי לעורר סקרנות אצל התלמידים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העיקריים שהטיפה עוברת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אידוי לעיבוי?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מעורר הפתיח אצל הצופים בתחילת השיעור?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טיפה יוצאת למסע - מחזור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