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טיפה יוצאת למסע - מחזור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מחזור המים דרך הדוגמה של הטיפה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הפתיח: תמונה - תנועה -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תיאורית על תהליך טבעי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היא יושבת על עלה ליד אגם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חום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לענן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לאן נעלמה הטיפה?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יורד גשם והמים זורמים לנהר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תמונה-תנועה-שאלה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בסצנה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כתוב במפורש שאין טקסט בתמונה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בסצנה השלישית הענן מתואר כלבן ותפוח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מחזור המים כולל גם עיבוי ומשקעים כמו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בכל סצנה מופיע תיאור קריינות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המטרה שמוצגת בתחילת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אידוי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סצנה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(טיפה על עלה ליד אגם בבוקר)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(הטיפה מתאדה ועולה כאד)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(האד מצטרף לענן והשאלה מופיעה)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(יורד גשם והמים זורמים לנהר)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מחזור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השמש מחממת את פני השטח ואת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מתאדים והופכים לאדים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האדים מתקררים ונוצרים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העננים גדלים ויורד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 הגשם זורמים לנהרות 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לבדוק שהתלמיד משתמש בשלבי מחזור המים בצורה הגיונית (נהר, ים, אידוי מחדש וכו')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השאלה צריכה להיות קשורה למחזור המים ולעורר עניין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אידוי, הצטרפות לענן, גשם וזרימה לנהר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אידוי - מים הופכים לאדים; עיבוי - אדים הופכים חזרה 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מאיפה מגיעים המים?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שלוש הסצנות כתמונות נפרדות ולבקש מהתלמידים לתאר מה קורה בכל אחת לפני מתן ההסבר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התרגיל לדיון על גשם בחורף באזור המגורים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שאלה על הקשר בין מחזור המים לאקלים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טיפה יוצאת למסע - מחזור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על טיפת מים. הטיפה הופכת לאד, לענן, ואז יורדת כגשם. זה נקרא מחזור המים.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מחזור המים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התהליך שבו מים עוברים מהים לאוויר ובחזרה לאדמה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אידוי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הפיכת מים נוזליים לאדים בחום השמש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עיבוי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הפיכת אדים חזרה לטיפות מים כשהם מתקררים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טיפות מים או גבישי קרח קטנים מאוד באוויר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משקעים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שיורדים מהשמיים כגשם, שלג או ברד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סצנה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קצר בסיפור או בסרטון שמתאר רגע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רואים בתמונה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יושבת על עלה ליד אגם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יורדת כגשם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נכנסת לנהר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הופכת לענן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מחמם את הטיפה?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חום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מגיע האד בסצנה השנייה והשלישית?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לענן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משפט כתוב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מאיפה הטיפה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לאן נעלמה הטיפה?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ירד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קוראים לטיפה?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בהמשך הסיפור (הקטע השני, הלא חובה)?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הטיפה חוזרת לעלה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הענן נעלם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יורד גשם והמים זורמים לנהר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הטיפה הופכת לשלג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סדר שלושת החלקים במבנה הפתיח שנלמד?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שאלה-תנועה-תמונה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תמונה-תנועה-שאלה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תנועה-שאלה-תמונה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שאלה-תמונה-תנועה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הטיפה בתמונה הראשונה יושבת על עלה ירוק ליד אגם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בתמונה הפתוחה יש גם טקסט על המסך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האדים מצטרפים לענן אפור וכהה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מחזור המים כולל רק אידוי בלבד, בלי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יש קריינות שמסבירה מה קורה בכל סצנה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שמעוררת הפתיח היא: מאיפה מגיעים המים?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הטיפה יושבת על עלה ירוק ליד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בחום השמש הטיפה הופכת לאד שעולה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האד מצטרף לענן לבן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התהליך שבו מים הופכים לאדים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כשהענן גדל ומאפיר, יורד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בסוף הסיפור טיפות הגשם זורמות אל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סצנה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סצנה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יורד גשם והמים זורמים לנהר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סצנה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האד מצטרף לענן והשאלה מופיעה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סצנה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טיפה על עלה ליד אגם בבוקר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המשך לא חובה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הטיפה מתאדה ועולה כאד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מחזור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הגשם זורמים לנהרות 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האדים מתקררים ונוצרים עננים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מתאדים והופכים לאדים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השמש מחממת את פני השטח ואת המים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העננים גדלים ויורד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הטיפה אחרי שהיא נכנסת לנהר. כתבו בשלושה עד ארבעה משפטים מה קורה לה הלאה, ולאן היא עשויה להגיע בסוף.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נוספת שיכולה להופיע על המסך בסוף סצנה, כדי לעורר סקרנות אצל התלמידים בכיתה.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השלבים העיקריים שהטיפה עוברת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אידוי לעיבוי?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שאלה מעורר הפתיח אצל הצופים בתחילת השיעור?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טיפה יוצאת למסע - מחזור המים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