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טיפה יוצאת למסע - מחזור המים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מחזור המים דרך הדוגמה של הטיפה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מבנה הפתיח: תמונה - תנועה -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תיאורית על תהליך טבעי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היא יושבת על עלה ליד אגם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חום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לאן נעלמה הטיפה?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בסצנה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כתוב במפורש שאין טקסט בתמונה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בסצנה השלישית הענן מתואר כלבן ותפוח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אגם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תפוח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אידוי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סצנה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(טיפה על עלה ליד אגם בבוקר)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(הטיפה מתאדה ועולה כאד)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(האד מצטרף לענן והשאלה מופיעה)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(יורד גשם והמים זורמים לנהר)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מחזור המים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 השמש מחממת את פני השטח ואת המים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המים מתאדים והופכים לאדים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האדים מתקררים ונוצרים עננים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העננים גדלים ויורד 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יש לבדוק שהתלמיד משתמש בשלבי מחזור המים בצורה הגיונית (נהר, ים, אידוי מחדש וכו')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אידוי, הצטרפות לענן, גשם וזרימה לנהר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אידוי - מים הופכים לאדים; עיבוי - אדים הופכים חזרה למים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מאיפה מגיעים המים?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שלוש הסצנות כתמונות נפרדות ולבקש מהתלמידים לתאר מה קורה בכל אחת לפני מתן ההסבר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התרגיל לדיון על גשם בחורף באזור המגורים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שאלה על הקשר בין מחזור המים לאקלים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טיפה יוצאת למסע - מחזור המים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הדוגמה של „טיפה יוצאת למסע“ - סיפור קצר על טיפת מים שהופכת לאד, לענן ולגשם, ונבין איך משתמשים בשלוש סצנות כדי לספר תהליך שלם.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אידוי  ·  תפוח  ·  אגם  ·  למעלה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קורה לטיפה בסצנה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היא יושבת על עלה ליד אגם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היא יורדת כגשם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היא נכנסת לנהר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גורם לטיפה להתחיל להתאדות?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רוח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חום 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קור הלילה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שאלה מופיעה על המסך בסוף הסצנה השלישית?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מאיפה הטיפה הגיעה?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לאן נעלמה הטיפה?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מתי ירד גשם?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הטיפה בתמונה הראשונה יושבת על עלה ירוק ליד אגם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בתמונה הפתוחה יש גם טקסט על המסך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האדים מצטרפים לענן אפור וכהה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הטיפה יושבת על עלה ירוק ליד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בחום השמש הטיפה הופכת לאד שעולה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האד מצטרף לענן לבן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התהליך שבו מים הופכים לאדים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סצנה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סצנה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יורד גשם והמים זורמים לנהר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סצנה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האד מצטרף לענן והשאלה מופיעה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סצנה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טיפה על עלה ליד אגם בבוקר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המשך לא חובה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הטיפה מתאדה ועולה כאד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מחזור המים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המים מתאדים והופכים לאדים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 השמש מחממת את פני השטח ואת המים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העננים גדלים ויורד גשם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האדים מתקררים ונוצרים עננים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שאתם הטיפה אחרי שהיא נכנסת לנהר. כתבו בשלושה עד ארבעה משפטים מה קורה לה הלאה, ולאן היא עשויה להגיע בסוף.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שלושת השלבים העיקריים שהטיפה עוברת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אידוי לעיבוי?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טיפה יוצאת למסע - מחזור המים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